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וערכים - מנצחים ומפסידים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ערכים חשובים בספורט כמו כבוד ועבודת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מתמודדים עם הפסד ועם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שיתוף פעולה וכבוד ליריבים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אחת ואחד, גם מי שיושב על הספסל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כמו לחברים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מדברים בנימוס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"כל הכבוד"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כוח פנימי לקום אחרי נפילה או טעות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אחד בקבוצה חשוב, גם מי שיושב על הספסל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אומר שזה בסדר להיות עצובים כשמפסידים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היריבים הם חברים למשחק ובלעדיהם אין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מלהפסיד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אומר שכל שחקן טועה לפעמים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בונים חוסן לפי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נימוס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(עוזרים, מוסרים ומעודדים זה את 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(חברים למשחק, בלעדיהם אין 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(לוחצים יד ואומרים כל הכבוד)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(כוח פנימי לקום אחרי טעות)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(מדברים איתו בנימוס גם כשלא מסכימים)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מה עושים אחרי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קורה טעות או נפילה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נושמים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מנסים 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בונים כוח פנימי -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מעודד כמו: לא נורא, ניסית טוב, בפעם הבאה יהיה יותר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לעודד, למסור כדור, לעזור בהגנה, לתמוך מהספסל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לחיצת יד או אמירת כל הכבוד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שזה כוח לקום אחרי טעות או נפילה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אומר שמתייחסים אליהם כמו לחברים למשחק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חוויה אישית של הפסד או ניצחון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תשובות אישיות בחלק הפתוח ולהדגיש שאין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ההתאמה בעבודה בזוגות לפני המענה האישי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וערכים - מנצחים ומפסידים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ערכים חשובים במשחק כדורגל - איך עוזרים לקבוצה, איך מתייחסים ליריבים ולשופט, ואיך מתמודדים עם הפסד או טעות.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חשוב בקבוצה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מי שמבקיע שערים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אחת ואחד, גם מי שיושב על הספסל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הקפטן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השחקנים הכי מהירים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צריך להתייחס ליריבים?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 לאויבים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בלי לדבר איתם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 לחברים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כשלא מסכימים עם השופט?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צועקים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מדברים בנימוס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עוזבים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מתווכחים בכוח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אומרים ליריבים אחרי שמפסידים?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שום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"זה לא הוגן"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"כל הכבוד"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"אתם לא טובים"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חוסן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כוח פנימי לקום אחרי נפילה או 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לנצח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להיות הכי חזק בקבוצה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שיושב על הספסל לא חשוב לקבוצה.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להיות עצובים כשמפסידים.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היריבים הם אויבים אמיתיים.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הפסד לוחצים יד ליריבים.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השחקנים תמיד מצליחים ולא טועים.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כשטועים חשוב לנשום עמוק ולנסות 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בקבוצה כל אחת ואחד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היריבים הם לא אויבים, הם __________ למשחק.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כשלא מסכימים עם השופט, מדברים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הפסד אומרים "כל ה__________".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כשטועים חשוב לנשום עמוק ול__________ 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כוח פנימי שבונים אחרי נפילה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קבוצה חזקה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כוח פנימי לקום אחרי טעות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יריבים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מדברים איתו בנימוס גם כשלא מסכימים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הפסד בכבוד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עוזרים, מוסרים ומעודדים זה את 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לוחצים יד ואומרים כל הכבוד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חברים למשחק, בלעדיהם אין 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מה עושים אחרי 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מנסים 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בונים כוח פנימי - חוסן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עמוק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קורה טעות או נפילה במשחק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שאפשר להגיד לחבר או לחברה מהקבוצה שהפסידו.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לדרך שבה שחקן יכול לעזור לקבוצה שלו גם כשהוא לא מבקיע שער.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כשמפסידים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חוסן?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מתייחסים ליריבים לפי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ספורט וערכים - מנצחים ומפסידים בכבוד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