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- מנצחים ומפסידים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ערכים חשובים בספורט כמו כבוד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מתמודדים עם הפסד ועם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שיתוף פעולה וכבוד ליריבים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אחת ואחד, גם מי שיושב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כמו לחברים למשחק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בקבוצה חשוב, גם מי שיושב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אומר שזה בסדר להיות עצובים כשמפסידים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היריבים הם חברים למשחק ובלעדיהם אין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(עוזרים, מוסרים ומעודדים זה את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(חברים למשחק, בלעדיהם אין 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(לוחצים יד ואומרים כל הכבוד)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(כוח פנימי לקום אחרי טעות)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אחרי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קורה טעות או נפילה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מנסים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מעודד כמו: לא נורא, ניסית טוב, בפעם הבאה יהיה יותר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לחיצת יד או אמירת כל הכבוד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 כוח לקום אחרי טעות או 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אומר שמתייחסים אליהם כמו לחברים למשחק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חוויה אישית של הפסד או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בחלק הפתוח ולהדגיש שאין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ההתאמה בעבודה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ספורט וערכים - מנצחים ומפסידים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ערכים חשובים במשחק כדורגל - איך עוזרים לקבוצה, איך מתייחסים ליריבים ולשופט, ואיך מתמודדים עם הפסד או טעות.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חשובים  ·  נימוס  ·  חברים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חשוב בקבוצה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מי שמבקיע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אחת ואחד, גם מי שיושב על הספסל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הקפטן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צריך להתייחס ליריבים?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 לאויבים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בלי לדבר איתם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כמו לחברים למשחק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 שיושב על הספסל לא חשוב לקבוצה.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להיות עצובים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היריבים הם אויבים אמיתיים.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בקבוצה כל אחת ואחד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היריבים הם לא אויבים, הם __________ למשחק.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כשלא מסכימים עם השופט, מדברים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קבוצה חזקה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כוח פנימי לקום אחרי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יריבים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לוחצים יד ואומרים כל הכבוד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הפסד בכבוד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חברים למשחק, בלעדיהם אין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עוזרים, מוסרים ומעודדים זה את 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מה עושים אחרי 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מנסים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עמוק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קורה טעות או נפילה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שאפשר להגיד לחבר או לחברה מהקבוצה שהפסידו.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כשמפסידים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חוסן?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ספורט וערכים - מנצחים ומפסידים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